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הבריחה -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ניתוח הטקסט הסיפורי לפי תחנות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זמן, מקום, דמויות ועלילה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על בסיס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הכניסה - זמן ומקום ורצף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מתי ואיפה מתרחשת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הסדר הנכון של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החוקרים - דמות וסיבה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דמות כולל גם תכונות, רצונות ומעשים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סיבה ותוצאה מסבירים את הקשר בין 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הפאזל - רגע ההחלטה והקונפליקט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המפתח - סוף אחר וראיון עם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סוף הגיוני ושונה מהסוף המקורי, הקשור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סיכום -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(זמן, מקום ורצף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(כרטיס דמות וסיבה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(רגע ההחלטה והקונפליקט)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(סוף אחר וראיון עם 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התחנות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תחנת הכניסה - זמן, מקום ורצף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תחנת החוקרים - דמות וסיבה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תחנת הפאזל - רגע ההחלטה והקונפליקט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תחנת המפתח - סוף אחר וראיון עם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עוסק בסדר האירועים, כרטיס דמות עוסק בתיאור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אירוע וסיבה ברורה שגרמה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בעיה מרכזית ואת אופן פתרונה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במקביל למסלול הבריחה עצמו, תחנה אחרי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סיפור משותף לכל הכיתה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לתלמידים לעבוד בזוגות בתחנות הפתוחות (סוף אחר וראיון)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הבריחה -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המשימות שבמסלול הבריחה - מתחנת הכניסה ועד תחנת המפתח. בכל תחנה נענה על שאלות שקשורות לסיפור שקראנו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הקונפליקט  ·  ההחלטה  ·  אפשרויות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תחנה 1: הכניסה - זמן ומקום ורצף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בודקים כשמזהים זמן ומקום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 ואיפה מתרחשת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דמויות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מסתיים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רצף העלילה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הסדר הנכון של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המקום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תחנה 2: החוקרים - דמות וסיבה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דמות כולל רק את שם הדמות ושום דבר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סיבה ותוצאה עוזרים להבין למה קרה דבר מסוים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תחנה 3: הפאזל - רגע ההחלטה והקונפליקט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רגע __________ הוא הרגע שבו דמות בוחרת מה לעשות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הוא בעיה או מריבה שהדמות צריכה להתמודד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רגע ההחלטה הדמות בדרך כלל מתלבטת בין שתי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תחנה 4: המפתח - סוף אחר וראיון עם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סוף אחר לסיפור שקראתם - מה היה קורה אם דמות אחת הייתה מחליטה אחרת?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סיכום -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 1: הכניסה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כרטיס דמות וסיבה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 2: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זמן, מקום ורצף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תחנה 3: הפאזל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סוף אחר וראיון עם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תחנה 4: המפתח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רגע ההחלטה והקונפליקט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 התחנות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תחנת החוקרים - דמות וסיבה ותוצאה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תחנת המפתח - סוף אחר וראיון עם 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תחנת הכניסה - זמן, מקום ורצף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תחנת הפאזל - רגע ההחלטה והקונפליקט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רצף העלילה לבין כרטיס 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לסיבה ותוצאה מתוך הסיפור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הבריחה - 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