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ניתוח הטקסט הסיפורי לפי תחנות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זמן, מקום, דמויות ועלילה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על בסיס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הכניסה - זמן ומקום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מתי ואיפה מתרחשת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הסדר הנכון של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מתי ואיפה קורה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לכתוב את האירועים בסדר הקרות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כרטיס דמות כולל גם תכונות, רצונות ומעשים של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סיבה ותוצאה מסבירים את הקשר בין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לפעמים אירוע אחד גורם לכמה תוצאות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לבנות כרטיס דמות לכל דמות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המפתח - סוף אחר וראיון עם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סוף הגיוני ושונה מהסוף המקורי, הקשור לעלילת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לדמות ושלוש תשובות המתאימות לאופי ולסיפור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סיכום -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(זמן, מקום ורצף העלילה)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(כרטיס דמות וסיבה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(רגע ההחלטה והקונפליקט)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(סוף אחר וראיון עם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התחנות במסלול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תחנת הכניסה - זמן, מקום ורצף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תחנת החוקרים - דמות וסיבה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תחנת הפאזל - רגע ההחלטה והקונפליקט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תחנת המפתח - סוף אחר וראיון עם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עוסק בסדר האירועים, כרטיס דמות עוסק בתיאור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אירוע וסיבה ברורה שגרמה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בעיה מרכזית ואת אופן פתרונה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במקביל למסלול הבריחה עצמו, תחנה אחרי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לאפשר לתלמידים לעבוד בזוגות בתחנות הפתוחות (סוף אחר וראיון)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 הבריחה -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סיפור. בכל תחנה יש משימה. עונים לפי הסדר מהתחנה הראשונה עד האחרונה.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ומקום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ואיפה קורה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של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של דמות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קרה דבר מסוים ומה קרה בגללו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בוחרת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מריבה שהדמות צריכה לפתור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 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חדש שממציאים לסיפור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עם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ותשובות דמיוניות עם דמות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הכניסה - זמן ומקום ורצף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זמן ומקום זה - מתי ואיפה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ואיפה מתרחשת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דמויות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מסתיים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רצף העלילה זה הסדר של מה שקרה?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הסדר הנכון של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המקום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מתאימה לתחנה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הקונפליקט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ואיפה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מרגישה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היה קורה בסוף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בונים רצף נכון של האירועים?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האירועים בסדר הקרות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רק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רק את 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תיאור של מקום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החוקרים - דמות וסיבה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כולל רק את שם הדמות ושום דבר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ותוצאה עוזרים להבין למה קרה דבר מסוים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יותר מתוצאה אחת לסיבה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עוסק רק בדמות הראשית ולעולם לא בדמויות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הפאזל - רגע ההחלטה והקונפליקט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רגע __________ הוא הרגע שבו דמות בוחרת מה לעשות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בעיה או מריבה שהדמות צריכה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רגע ההחלטה הדמות בדרך כלל מתלבטת בין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הקונפליקט בסיפור יכול להיות בין הדמות לבין דמות __________ או בינה לבין עצמה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המפתח - סוף אחר וראיון עם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סוף אחר לסיפור שקראתם - מה היה קורה אם דמות אחת הייתה מחליטה אחרת?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ראיון קצר עם אחת הדמויות מהסיפור - שלוש שאלות ושלוש תשובות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סיכום -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1: הכניסה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רגע ההחלטה והקונפליקט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2: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סוף אחר וראיון עם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3: הפאזל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כרטיס דמות וסיבה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4: המפתח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זמן, מקום ורצף העלילה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התחנות במסלול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החוקרים - דמות וסיבה ותוצאה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המפתח - סוף אחר וראיון עם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הכניסה - זמן, מקום ורצף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הפאזל - רגע ההחלטה והקונפליקט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רצף העלילה לבין כרטיס 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לסיבה ותוצאה מתוך הסיפור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קונפליקט בסיפור ואיך הוא נפתר?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 הבריחה -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